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Wykaz majątku – szablon (osoba fizyczna)</w:t>
      </w:r>
    </w:p>
    <w:p/>
    <w:p>
      <w:r>
        <w:rPr>
          <w:i/>
        </w:rPr>
        <w:t>Uwaga: to jest szablon roboczy. Przed użyciem dopasuj treść do swojej sytuacji i sprawdź aktualne wymogi formalne.</w:t>
      </w:r>
    </w:p>
    <w:p/>
    <w:p>
      <w:r>
        <w:rPr>
          <w:b/>
          <w:sz w:val="24"/>
        </w:rPr>
        <w:t>Dane osoby</w:t>
      </w:r>
    </w:p>
    <w:p>
      <w:r>
        <w:t>Imię i nazwisko: ..........................................................</w:t>
      </w:r>
    </w:p>
    <w:p>
      <w:r>
        <w:t>PESEL: ....................................  Telefon/E-mail: ....................................</w:t>
      </w:r>
    </w:p>
    <w:p>
      <w:r>
        <w:t>Adres zamieszkania: .............................................................................</w:t>
      </w:r>
    </w:p>
    <w:p/>
    <w:p>
      <w:r>
        <w:rPr>
          <w:b/>
          <w:sz w:val="24"/>
        </w:rPr>
        <w:t>Nieruchomości</w:t>
      </w:r>
    </w:p>
    <w:p>
      <w:r>
        <w:t>Adres / nr KW: ..........................................................</w:t>
      </w:r>
    </w:p>
    <w:p>
      <w:r>
        <w:t>Udział: ............  Wartość szacunkowa: ............  Obciążenia (hipoteka): ............</w:t>
      </w:r>
    </w:p>
    <w:p/>
    <w:p>
      <w:r>
        <w:rPr>
          <w:b/>
          <w:sz w:val="24"/>
        </w:rPr>
        <w:t>Pojazdy</w:t>
      </w:r>
    </w:p>
    <w:p>
      <w:r>
        <w:t>Marka/model/rok: ...................................  Nr VIN: ...................................</w:t>
      </w:r>
    </w:p>
    <w:p>
      <w:r>
        <w:t>Wartość szacunkowa: ............  Współwłasność: TAK/NIE</w:t>
      </w:r>
    </w:p>
    <w:p/>
    <w:p>
      <w:r>
        <w:rPr>
          <w:b/>
          <w:sz w:val="24"/>
        </w:rPr>
        <w:t>Ruchomości o większej wartości</w:t>
      </w:r>
    </w:p>
    <w:p>
      <w:r>
        <w:t>Np. sprzęt, biżuteria, elektronika, narzędzia – opis i wartość szacunkowa.</w:t>
      </w:r>
    </w:p>
    <w:p/>
    <w:p>
      <w:r>
        <w:rPr>
          <w:b/>
          <w:sz w:val="24"/>
        </w:rPr>
        <w:t>Środki pieniężne i rachunki</w:t>
      </w:r>
    </w:p>
    <w:p>
      <w:r>
        <w:t>Rachunki bankowe (bank, ostatnie 4 cyfry): ....................................................</w:t>
      </w:r>
    </w:p>
    <w:p>
      <w:r>
        <w:t>Gotówka / oszczędności: ..........................................................</w:t>
      </w:r>
    </w:p>
    <w:p/>
    <w:p>
      <w:r>
        <w:rPr>
          <w:b/>
          <w:sz w:val="24"/>
        </w:rPr>
        <w:t>Inne prawa i należności</w:t>
      </w:r>
    </w:p>
    <w:p>
      <w:r>
        <w:t>Np. udziały, papiery wartościowe, należności od osób trzecich – opis i wartość.</w:t>
      </w:r>
    </w:p>
    <w:p/>
    <w:p>
      <w:r>
        <w:rPr>
          <w:b/>
          <w:sz w:val="24"/>
        </w:rPr>
        <w:t>Oświadczenie</w:t>
      </w:r>
    </w:p>
    <w:p>
      <w:r>
        <w:t>Oświadczam, że powyższe dane są kompletne według mojej najlepszej wiedzy.</w:t>
      </w:r>
    </w:p>
    <w:p>
      <w:r>
        <w:t>Miejscowość, data: ............................  Podpis: ............................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