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Wniosek o zawieszenie postępowania egzekucyjnego – szablon</w:t>
      </w:r>
    </w:p>
    <w:p/>
    <w:p>
      <w:r>
        <w:rPr>
          <w:i/>
        </w:rPr>
        <w:t>Uwaga: to jest szablon roboczy. Przed użyciem dopasuj treść do swojej sytuacji i sprawdź aktualne wymogi formalne.</w:t>
      </w:r>
    </w:p>
    <w:p/>
    <w:p>
      <w:r>
        <w:rPr>
          <w:b/>
          <w:sz w:val="24"/>
        </w:rPr>
        <w:t>Nagłówek</w:t>
      </w:r>
    </w:p>
    <w:p>
      <w:r>
        <w:t>Miejscowość, data: ............................</w:t>
      </w:r>
    </w:p>
    <w:p>
      <w:r>
        <w:t>Imię i nazwisko dłużnika: ..........................................................</w:t>
      </w:r>
    </w:p>
    <w:p>
      <w:r>
        <w:t>Adres: .............................................................................</w:t>
      </w:r>
    </w:p>
    <w:p>
      <w:r>
        <w:t>Sygnatura sprawy (KM): ..........................................................</w:t>
      </w:r>
    </w:p>
    <w:p>
      <w:r>
        <w:t>Komornik Sądowy przy Sądzie Rejonowym w: ............................................</w:t>
      </w:r>
    </w:p>
    <w:p>
      <w:r>
        <w:t>Adres kancelarii: ..................................................................</w:t>
      </w:r>
    </w:p>
    <w:p/>
    <w:p>
      <w:r>
        <w:rPr>
          <w:b/>
          <w:sz w:val="24"/>
        </w:rPr>
        <w:t>Wniosek</w:t>
      </w:r>
    </w:p>
    <w:p>
      <w:r>
        <w:t>Wnoszę o zawieszenie postępowania egzekucyjnego w sprawie o sygn. KM ............,</w:t>
      </w:r>
    </w:p>
    <w:p>
      <w:r>
        <w:t>prowadzonego przeciwko mnie, do czasu: ..........................................................</w:t>
      </w:r>
    </w:p>
    <w:p>
      <w:r>
        <w:t>(np. rozpoznania wniosku/ugody/rozstrzygnięcia sądu).</w:t>
      </w:r>
    </w:p>
    <w:p/>
    <w:p>
      <w:r>
        <w:rPr>
          <w:b/>
          <w:sz w:val="24"/>
        </w:rPr>
        <w:t>Uzasadnienie (krótko)</w:t>
      </w:r>
    </w:p>
    <w:p>
      <w:r>
        <w:t>Opis okoliczności uzasadniających wniosek.</w:t>
      </w:r>
    </w:p>
    <w:p/>
    <w:p>
      <w:r>
        <w:rPr>
          <w:b/>
          <w:sz w:val="24"/>
        </w:rPr>
        <w:t>Załączniki</w:t>
      </w:r>
    </w:p>
    <w:p>
      <w:r>
        <w:t>1) ..........................................................</w:t>
      </w:r>
    </w:p>
    <w:p>
      <w:r>
        <w:t>2) ..........................................................</w:t>
      </w:r>
    </w:p>
    <w:p/>
    <w:p>
      <w:r>
        <w:rPr>
          <w:b/>
          <w:sz w:val="24"/>
        </w:rPr>
        <w:t>Podpis</w:t>
      </w:r>
    </w:p>
    <w:p>
      <w:r>
        <w:t>.......................................................... (podpis)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