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Wniosek do wierzyciela o ugodę / restrukturyzację zadłużenia – szablon</w:t>
      </w:r>
    </w:p>
    <w:p/>
    <w:p>
      <w:r>
        <w:rPr>
          <w:i/>
        </w:rPr>
        <w:t>Uwaga: to jest szablon roboczy. Przed użyciem dopasuj treść do swojej sytuacji i sprawdź aktualne wymogi formalne.</w:t>
      </w:r>
    </w:p>
    <w:p/>
    <w:p>
      <w:r>
        <w:rPr>
          <w:b/>
          <w:sz w:val="24"/>
        </w:rPr>
        <w:t>Dane stron</w:t>
      </w:r>
    </w:p>
    <w:p>
      <w:r>
        <w:t>Miejscowość, data: ............................</w:t>
      </w:r>
    </w:p>
    <w:p>
      <w:r>
        <w:t>Dłużnik: ..........................................................  (adres, PESEL)</w:t>
      </w:r>
    </w:p>
    <w:p>
      <w:r>
        <w:t>Wierzyciel: ..........................................................  (adres)</w:t>
      </w:r>
    </w:p>
    <w:p>
      <w:r>
        <w:t>Dotyczy: nr umowy/sprawy: ..........................................................</w:t>
      </w:r>
    </w:p>
    <w:p/>
    <w:p>
      <w:r>
        <w:rPr>
          <w:b/>
          <w:sz w:val="24"/>
        </w:rPr>
        <w:t>Treść wniosku</w:t>
      </w:r>
    </w:p>
    <w:p>
      <w:r>
        <w:t>Zwracam się z prośbą o zawarcie ugody i rozłożenie zadłużenia na raty / zmianę harmonogramu spłat.</w:t>
      </w:r>
    </w:p>
    <w:p>
      <w:r>
        <w:t>Proponuję spłatę w wysokości ............ zł miesięcznie, płatną do dnia ............ każdego miesiąca.</w:t>
      </w:r>
    </w:p>
    <w:p>
      <w:r>
        <w:t>Wnoszę o wstrzymanie czynności windykacyjnych na czas negocjacji i potwierdzenia warunków ugody.</w:t>
      </w:r>
    </w:p>
    <w:p/>
    <w:p>
      <w:r>
        <w:rPr>
          <w:b/>
          <w:sz w:val="24"/>
        </w:rPr>
        <w:t>Uzasadnienie</w:t>
      </w:r>
    </w:p>
    <w:p>
      <w:r>
        <w:t>Krótko opisz przyczynę trudności w spłacie i aktualną sytuację finansową.</w:t>
      </w:r>
    </w:p>
    <w:p/>
    <w:p>
      <w:r>
        <w:rPr>
          <w:b/>
          <w:sz w:val="24"/>
        </w:rPr>
        <w:t>Załączniki (opcjonalnie)</w:t>
      </w:r>
    </w:p>
    <w:p>
      <w:r>
        <w:t>Zaświadczenie o dochodach / dokumenty potwierdzające sytuację.</w:t>
      </w:r>
    </w:p>
    <w:p/>
    <w:p>
      <w:r>
        <w:rPr>
          <w:b/>
          <w:sz w:val="24"/>
        </w:rPr>
        <w:t>Podpis</w:t>
      </w:r>
    </w:p>
    <w:p>
      <w:r>
        <w:t>.......................................................... (podpis)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