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Oświadczenie o dochodach i kosztach utrzymania – szablon</w:t>
      </w:r>
    </w:p>
    <w:p/>
    <w:p>
      <w:r>
        <w:rPr>
          <w:i/>
        </w:rPr>
        <w:t>Uwaga: to jest szablon roboczy. Przed użyciem dopasuj treść do swojej sytuacji i sprawdź aktualne wymogi formalne.</w:t>
      </w:r>
    </w:p>
    <w:p/>
    <w:p>
      <w:r>
        <w:rPr>
          <w:b/>
          <w:sz w:val="24"/>
        </w:rPr>
        <w:t>Dane osoby</w:t>
      </w:r>
    </w:p>
    <w:p>
      <w:r>
        <w:t>Imię i nazwisko: ..........................................................</w:t>
      </w:r>
    </w:p>
    <w:p>
      <w:r>
        <w:t>Adres: .............................................................................</w:t>
      </w:r>
    </w:p>
    <w:p/>
    <w:p>
      <w:r>
        <w:rPr>
          <w:b/>
          <w:sz w:val="24"/>
        </w:rPr>
        <w:t>Dochody miesięczne (netto)</w:t>
      </w:r>
    </w:p>
    <w:p>
      <w:r>
        <w:t>Wynagrodzenie/umowa o pracę: ............ zł</w:t>
      </w:r>
    </w:p>
    <w:p>
      <w:r>
        <w:t>Umowy cywilnoprawne: ............ zł</w:t>
      </w:r>
    </w:p>
    <w:p>
      <w:r>
        <w:t>Świadczenia (800+/zasiłki/renta/emerytura): ............ zł</w:t>
      </w:r>
    </w:p>
    <w:p>
      <w:r>
        <w:t>Alimenty otrzymywane: ............ zł</w:t>
      </w:r>
    </w:p>
    <w:p>
      <w:r>
        <w:t>Inne: ..................................................  ............ zł</w:t>
      </w:r>
    </w:p>
    <w:p>
      <w:r>
        <w:t>SUMA dochodów: ............ zł</w:t>
      </w:r>
    </w:p>
    <w:p/>
    <w:p>
      <w:r>
        <w:rPr>
          <w:b/>
          <w:sz w:val="24"/>
        </w:rPr>
        <w:t>Koszty miesięczne utrzymania</w:t>
      </w:r>
    </w:p>
    <w:p>
      <w:r>
        <w:t>Czynsz / kredyt mieszkaniowy: ............ zł</w:t>
      </w:r>
    </w:p>
    <w:p>
      <w:r>
        <w:t>Media (prąd, gaz, woda, internet): ............ zł</w:t>
      </w:r>
    </w:p>
    <w:p>
      <w:r>
        <w:t>Żywność: ............ zł</w:t>
      </w:r>
    </w:p>
    <w:p>
      <w:r>
        <w:t>Transport/dojazdy: ............ zł</w:t>
      </w:r>
    </w:p>
    <w:p>
      <w:r>
        <w:t>Leki/leczenie: ............ zł</w:t>
      </w:r>
    </w:p>
    <w:p>
      <w:r>
        <w:t>Alimenty płacone: ............ zł</w:t>
      </w:r>
    </w:p>
    <w:p>
      <w:r>
        <w:t>Ubezpieczenia: ............ zł</w:t>
      </w:r>
    </w:p>
    <w:p>
      <w:r>
        <w:t>Inne stałe koszty: ....................................  ............ zł</w:t>
      </w:r>
    </w:p>
    <w:p>
      <w:r>
        <w:t>SUMA kosztów: ............ zł</w:t>
      </w:r>
    </w:p>
    <w:p/>
    <w:p>
      <w:r>
        <w:rPr>
          <w:b/>
          <w:sz w:val="24"/>
        </w:rPr>
        <w:t>Osoby na utrzymaniu</w:t>
      </w:r>
    </w:p>
    <w:p>
      <w:r>
        <w:t>Liczba osób w gospodarstwie domowym: ............</w:t>
      </w:r>
    </w:p>
    <w:p>
      <w:r>
        <w:t>Dzieci / osoby zależne (wiek): ..........................................................</w:t>
      </w:r>
    </w:p>
    <w:p/>
    <w:p>
      <w:r>
        <w:rPr>
          <w:b/>
          <w:sz w:val="24"/>
        </w:rPr>
        <w:t>Oświadczenie</w:t>
      </w:r>
    </w:p>
    <w:p>
      <w:r>
        <w:t>Oświadczam, że powyższe informacje są prawdziwe i aktualne.</w:t>
      </w:r>
    </w:p>
    <w:p>
      <w:r>
        <w:t>Miejscowość, data: ............................  Podpis: ............................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